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C60277" w:rsidRPr="0064152F" w14:paraId="65C741BF" w14:textId="77777777">
        <w:trPr>
          <w:jc w:val="center"/>
        </w:trPr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8656C" w14:textId="77777777" w:rsidR="00C60277" w:rsidRPr="0064152F" w:rsidRDefault="00851D49">
            <w:pPr>
              <w:rPr>
                <w:lang w:val="it-IT"/>
              </w:rPr>
            </w:pPr>
            <w:r w:rsidRPr="0064152F">
              <w:rPr>
                <w:b/>
                <w:sz w:val="44"/>
                <w:lang w:val="it-IT"/>
              </w:rPr>
              <w:t>NOTULA</w:t>
            </w: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7B715" w14:textId="77777777" w:rsidR="00C60277" w:rsidRPr="0064152F" w:rsidRDefault="00851D49">
            <w:pPr>
              <w:jc w:val="right"/>
              <w:rPr>
                <w:lang w:val="it-IT"/>
              </w:rPr>
            </w:pPr>
            <w:r w:rsidRPr="0064152F">
              <w:rPr>
                <w:lang w:val="it-IT"/>
              </w:rPr>
              <w:t>N. ____________</w:t>
            </w:r>
            <w:r w:rsidRPr="0064152F">
              <w:rPr>
                <w:lang w:val="it-IT"/>
              </w:rPr>
              <w:br/>
              <w:t>Data: ____ / ____ / ______</w:t>
            </w:r>
          </w:p>
        </w:tc>
      </w:tr>
    </w:tbl>
    <w:p w14:paraId="2832212B" w14:textId="243CD36D" w:rsidR="00C60277" w:rsidRPr="0064152F" w:rsidRDefault="00851D49">
      <w:pPr>
        <w:jc w:val="right"/>
        <w:rPr>
          <w:i/>
          <w:sz w:val="18"/>
          <w:lang w:val="it-IT"/>
        </w:rPr>
      </w:pPr>
      <w:r w:rsidRPr="0064152F">
        <w:rPr>
          <w:i/>
          <w:sz w:val="18"/>
          <w:lang w:val="it-IT"/>
        </w:rPr>
        <w:t>Prestazione di lavoro autonomo occasionale</w:t>
      </w:r>
      <w:r w:rsidR="00C36007" w:rsidRPr="0064152F">
        <w:rPr>
          <w:i/>
          <w:sz w:val="18"/>
          <w:lang w:val="it-IT"/>
        </w:rPr>
        <w:t xml:space="preserve"> </w:t>
      </w:r>
    </w:p>
    <w:p w14:paraId="0B6180CA" w14:textId="77777777" w:rsidR="00C11519" w:rsidRPr="0064152F" w:rsidRDefault="00C11519" w:rsidP="00C11519">
      <w:pPr>
        <w:spacing w:before="80"/>
        <w:jc w:val="right"/>
        <w:rPr>
          <w:lang w:val="it-IT"/>
        </w:rPr>
      </w:pPr>
      <w:r w:rsidRPr="0064152F">
        <w:rPr>
          <w:b/>
          <w:lang w:val="it-IT"/>
        </w:rPr>
        <w:t xml:space="preserve">Casistica: </w:t>
      </w:r>
      <w:r w:rsidRPr="0064152F">
        <w:rPr>
          <w:lang w:val="it-IT"/>
        </w:rPr>
        <w:t>compenso inferiore a € 5.000.</w:t>
      </w:r>
    </w:p>
    <w:p w14:paraId="3D6CA0CC" w14:textId="77777777" w:rsidR="00C11519" w:rsidRPr="0064152F" w:rsidRDefault="00C11519" w:rsidP="00C11519">
      <w:pPr>
        <w:rPr>
          <w:lang w:val="it-IT"/>
        </w:rPr>
      </w:pPr>
    </w:p>
    <w:p w14:paraId="262F44DE" w14:textId="77777777" w:rsidR="00C60277" w:rsidRPr="0064152F" w:rsidRDefault="00851D49">
      <w:pPr>
        <w:spacing w:before="160" w:after="80"/>
        <w:rPr>
          <w:lang w:val="it-IT"/>
        </w:rPr>
      </w:pPr>
      <w:r w:rsidRPr="0064152F">
        <w:rPr>
          <w:b/>
          <w:sz w:val="21"/>
          <w:lang w:val="it-IT"/>
        </w:rPr>
        <w:t>PRESTATORE</w:t>
      </w:r>
    </w:p>
    <w:p w14:paraId="7E71AEBE" w14:textId="77777777" w:rsidR="00C60277" w:rsidRPr="0064152F" w:rsidRDefault="00851D49">
      <w:pPr>
        <w:spacing w:after="40"/>
        <w:rPr>
          <w:lang w:val="it-IT"/>
        </w:rPr>
      </w:pPr>
      <w:r w:rsidRPr="0064152F">
        <w:rPr>
          <w:b/>
          <w:lang w:val="it-IT"/>
        </w:rPr>
        <w:t xml:space="preserve">Nome e cognome: </w:t>
      </w:r>
      <w:r w:rsidRPr="0064152F">
        <w:rPr>
          <w:lang w:val="it-IT"/>
        </w:rPr>
        <w:t>________________________________________________</w:t>
      </w:r>
    </w:p>
    <w:p w14:paraId="6A49B4C5" w14:textId="77777777" w:rsidR="00C60277" w:rsidRPr="0064152F" w:rsidRDefault="00851D49">
      <w:pPr>
        <w:spacing w:after="40"/>
        <w:rPr>
          <w:lang w:val="it-IT"/>
        </w:rPr>
      </w:pPr>
      <w:r w:rsidRPr="0064152F">
        <w:rPr>
          <w:b/>
          <w:lang w:val="it-IT"/>
        </w:rPr>
        <w:t xml:space="preserve">Codice fiscale: </w:t>
      </w:r>
      <w:r w:rsidRPr="0064152F">
        <w:rPr>
          <w:lang w:val="it-IT"/>
        </w:rPr>
        <w:t>________________________________________________</w:t>
      </w:r>
    </w:p>
    <w:p w14:paraId="28A8CC40" w14:textId="77777777" w:rsidR="00C60277" w:rsidRPr="0064152F" w:rsidRDefault="00851D49">
      <w:pPr>
        <w:spacing w:after="40"/>
        <w:rPr>
          <w:lang w:val="it-IT"/>
        </w:rPr>
      </w:pPr>
      <w:r w:rsidRPr="0064152F">
        <w:rPr>
          <w:b/>
          <w:lang w:val="it-IT"/>
        </w:rPr>
        <w:t xml:space="preserve">Nato/a a: </w:t>
      </w:r>
      <w:r w:rsidRPr="0064152F">
        <w:rPr>
          <w:lang w:val="it-IT"/>
        </w:rPr>
        <w:t>________________________________________________</w:t>
      </w:r>
    </w:p>
    <w:p w14:paraId="6EB06F31" w14:textId="77777777" w:rsidR="00C60277" w:rsidRPr="0064152F" w:rsidRDefault="00851D49">
      <w:pPr>
        <w:spacing w:after="40"/>
        <w:rPr>
          <w:lang w:val="it-IT"/>
        </w:rPr>
      </w:pPr>
      <w:r w:rsidRPr="0064152F">
        <w:rPr>
          <w:b/>
          <w:lang w:val="it-IT"/>
        </w:rPr>
        <w:t xml:space="preserve">il: </w:t>
      </w:r>
      <w:r w:rsidRPr="0064152F">
        <w:rPr>
          <w:lang w:val="it-IT"/>
        </w:rPr>
        <w:t>________________________________________________</w:t>
      </w:r>
    </w:p>
    <w:p w14:paraId="01A690A2" w14:textId="77777777" w:rsidR="00C60277" w:rsidRPr="0064152F" w:rsidRDefault="00851D49">
      <w:pPr>
        <w:spacing w:after="40"/>
        <w:rPr>
          <w:lang w:val="it-IT"/>
        </w:rPr>
      </w:pPr>
      <w:r w:rsidRPr="0064152F">
        <w:rPr>
          <w:b/>
          <w:lang w:val="it-IT"/>
        </w:rPr>
        <w:t xml:space="preserve">Residente in: </w:t>
      </w:r>
      <w:r w:rsidRPr="0064152F">
        <w:rPr>
          <w:lang w:val="it-IT"/>
        </w:rPr>
        <w:t>________________________________________________</w:t>
      </w:r>
    </w:p>
    <w:p w14:paraId="6E0744A1" w14:textId="77777777" w:rsidR="00C60277" w:rsidRPr="0064152F" w:rsidRDefault="00851D49">
      <w:pPr>
        <w:spacing w:before="160" w:after="80"/>
        <w:rPr>
          <w:lang w:val="it-IT"/>
        </w:rPr>
      </w:pPr>
      <w:r w:rsidRPr="0064152F">
        <w:rPr>
          <w:b/>
          <w:sz w:val="21"/>
          <w:lang w:val="it-IT"/>
        </w:rPr>
        <w:t>COMMITTENTE</w:t>
      </w:r>
    </w:p>
    <w:p w14:paraId="27E0D405" w14:textId="4C87BCF6" w:rsidR="00C60277" w:rsidRPr="0064152F" w:rsidRDefault="00851D49">
      <w:pPr>
        <w:spacing w:after="40"/>
        <w:rPr>
          <w:lang w:val="it-IT"/>
        </w:rPr>
      </w:pPr>
      <w:r w:rsidRPr="0064152F">
        <w:rPr>
          <w:b/>
          <w:lang w:val="it-IT"/>
        </w:rPr>
        <w:t xml:space="preserve">Denominazione: </w:t>
      </w:r>
      <w:r w:rsidRPr="0064152F">
        <w:rPr>
          <w:lang w:val="it-IT"/>
        </w:rPr>
        <w:t>________________________________________________</w:t>
      </w:r>
    </w:p>
    <w:p w14:paraId="773288AC" w14:textId="77777777" w:rsidR="00C60277" w:rsidRPr="0064152F" w:rsidRDefault="00851D49">
      <w:pPr>
        <w:spacing w:after="40"/>
        <w:rPr>
          <w:lang w:val="it-IT"/>
        </w:rPr>
      </w:pPr>
      <w:r w:rsidRPr="0064152F">
        <w:rPr>
          <w:b/>
          <w:lang w:val="it-IT"/>
        </w:rPr>
        <w:t xml:space="preserve">Sede: </w:t>
      </w:r>
      <w:r w:rsidRPr="0064152F">
        <w:rPr>
          <w:lang w:val="it-IT"/>
        </w:rPr>
        <w:t>________________________________________________</w:t>
      </w:r>
    </w:p>
    <w:p w14:paraId="68B22BEA" w14:textId="77777777" w:rsidR="00C60277" w:rsidRPr="0064152F" w:rsidRDefault="00851D49">
      <w:pPr>
        <w:spacing w:after="40"/>
        <w:rPr>
          <w:lang w:val="it-IT"/>
        </w:rPr>
      </w:pPr>
      <w:r w:rsidRPr="0064152F">
        <w:rPr>
          <w:b/>
          <w:lang w:val="it-IT"/>
        </w:rPr>
        <w:t xml:space="preserve">Codice fiscale: </w:t>
      </w:r>
      <w:r w:rsidRPr="0064152F">
        <w:rPr>
          <w:lang w:val="it-IT"/>
        </w:rPr>
        <w:t>________________________________________________</w:t>
      </w:r>
    </w:p>
    <w:p w14:paraId="164B8C8C" w14:textId="77777777" w:rsidR="00C60277" w:rsidRPr="0064152F" w:rsidRDefault="00851D49">
      <w:pPr>
        <w:spacing w:before="160" w:after="80"/>
        <w:rPr>
          <w:lang w:val="it-IT"/>
        </w:rPr>
      </w:pPr>
      <w:r w:rsidRPr="0064152F">
        <w:rPr>
          <w:b/>
          <w:sz w:val="21"/>
          <w:lang w:val="it-IT"/>
        </w:rPr>
        <w:t>PRESTAZIONE</w:t>
      </w:r>
    </w:p>
    <w:p w14:paraId="6B5B96D9" w14:textId="77777777" w:rsidR="00C60277" w:rsidRPr="0064152F" w:rsidRDefault="00851D49">
      <w:pPr>
        <w:spacing w:after="40"/>
        <w:rPr>
          <w:lang w:val="it-IT"/>
        </w:rPr>
      </w:pPr>
      <w:r w:rsidRPr="0064152F">
        <w:rPr>
          <w:b/>
          <w:lang w:val="it-IT"/>
        </w:rPr>
        <w:t xml:space="preserve">Oggetto: </w:t>
      </w:r>
      <w:r w:rsidRPr="0064152F">
        <w:rPr>
          <w:lang w:val="it-IT"/>
        </w:rPr>
        <w:t>______________________________________________________________________________</w:t>
      </w:r>
    </w:p>
    <w:p w14:paraId="33B6E151" w14:textId="77777777" w:rsidR="00C60277" w:rsidRPr="0064152F" w:rsidRDefault="00851D49">
      <w:pPr>
        <w:rPr>
          <w:lang w:val="it-IT"/>
        </w:rPr>
      </w:pPr>
      <w:r w:rsidRPr="0064152F">
        <w:rPr>
          <w:lang w:val="it-IT"/>
        </w:rPr>
        <w:t>_________________________________________________________________________________________________________</w:t>
      </w:r>
    </w:p>
    <w:p w14:paraId="09EEBC37" w14:textId="77777777" w:rsidR="00C60277" w:rsidRPr="0064152F" w:rsidRDefault="00851D49">
      <w:pPr>
        <w:spacing w:after="40"/>
        <w:rPr>
          <w:lang w:val="it-IT"/>
        </w:rPr>
      </w:pPr>
      <w:r w:rsidRPr="0064152F">
        <w:rPr>
          <w:b/>
          <w:lang w:val="it-IT"/>
        </w:rPr>
        <w:t xml:space="preserve">Periodo/data della prestazione: </w:t>
      </w:r>
      <w:r w:rsidRPr="0064152F">
        <w:rPr>
          <w:lang w:val="it-IT"/>
        </w:rPr>
        <w:t>___________________________________________</w:t>
      </w:r>
    </w:p>
    <w:p w14:paraId="26B75104" w14:textId="77777777" w:rsidR="00C60277" w:rsidRPr="0064152F" w:rsidRDefault="00851D49">
      <w:pPr>
        <w:spacing w:before="160" w:after="80"/>
        <w:rPr>
          <w:lang w:val="it-IT"/>
        </w:rPr>
      </w:pPr>
      <w:r w:rsidRPr="0064152F">
        <w:rPr>
          <w:b/>
          <w:sz w:val="21"/>
          <w:lang w:val="it-IT"/>
        </w:rPr>
        <w:t>COMPENSO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151"/>
        <w:gridCol w:w="5151"/>
      </w:tblGrid>
      <w:tr w:rsidR="00C60277" w:rsidRPr="0064152F" w14:paraId="40019BCF" w14:textId="77777777" w:rsidTr="00851D49">
        <w:trPr>
          <w:tblHeader/>
          <w:jc w:val="center"/>
        </w:trPr>
        <w:tc>
          <w:tcPr>
            <w:tcW w:w="5151" w:type="dxa"/>
            <w:shd w:val="clear" w:color="auto" w:fill="EDEDED"/>
          </w:tcPr>
          <w:p w14:paraId="61ABC16C" w14:textId="77777777" w:rsidR="00C60277" w:rsidRPr="0064152F" w:rsidRDefault="00851D49">
            <w:pPr>
              <w:rPr>
                <w:lang w:val="it-IT"/>
              </w:rPr>
            </w:pPr>
            <w:r w:rsidRPr="0064152F">
              <w:rPr>
                <w:b/>
                <w:lang w:val="it-IT"/>
              </w:rPr>
              <w:t>Voce</w:t>
            </w:r>
          </w:p>
        </w:tc>
        <w:tc>
          <w:tcPr>
            <w:tcW w:w="5151" w:type="dxa"/>
            <w:shd w:val="clear" w:color="auto" w:fill="EDEDED"/>
          </w:tcPr>
          <w:p w14:paraId="15282434" w14:textId="77777777" w:rsidR="00C60277" w:rsidRPr="0064152F" w:rsidRDefault="00851D49">
            <w:pPr>
              <w:rPr>
                <w:lang w:val="it-IT"/>
              </w:rPr>
            </w:pPr>
            <w:r w:rsidRPr="0064152F">
              <w:rPr>
                <w:b/>
                <w:lang w:val="it-IT"/>
              </w:rPr>
              <w:t>Importo</w:t>
            </w:r>
          </w:p>
        </w:tc>
      </w:tr>
      <w:tr w:rsidR="00C60277" w:rsidRPr="0064152F" w14:paraId="7B9800FB" w14:textId="77777777" w:rsidTr="00851D49">
        <w:trPr>
          <w:jc w:val="center"/>
        </w:trPr>
        <w:tc>
          <w:tcPr>
            <w:tcW w:w="5151" w:type="dxa"/>
          </w:tcPr>
          <w:p w14:paraId="18C32187" w14:textId="77777777" w:rsidR="00C60277" w:rsidRPr="0064152F" w:rsidRDefault="00851D49">
            <w:pPr>
              <w:rPr>
                <w:lang w:val="it-IT"/>
              </w:rPr>
            </w:pPr>
            <w:r w:rsidRPr="0064152F">
              <w:rPr>
                <w:lang w:val="it-IT"/>
              </w:rPr>
              <w:t>Compenso lordo</w:t>
            </w:r>
          </w:p>
        </w:tc>
        <w:tc>
          <w:tcPr>
            <w:tcW w:w="5151" w:type="dxa"/>
          </w:tcPr>
          <w:p w14:paraId="10E9FCE8" w14:textId="77777777" w:rsidR="00C60277" w:rsidRPr="0064152F" w:rsidRDefault="00851D49">
            <w:pPr>
              <w:rPr>
                <w:lang w:val="it-IT"/>
              </w:rPr>
            </w:pPr>
            <w:r w:rsidRPr="0064152F">
              <w:rPr>
                <w:lang w:val="it-IT"/>
              </w:rPr>
              <w:t>€ ____________________</w:t>
            </w:r>
          </w:p>
        </w:tc>
      </w:tr>
      <w:tr w:rsidR="007D2810" w:rsidRPr="0064152F" w14:paraId="39F626C2" w14:textId="77777777" w:rsidTr="00851D49">
        <w:trPr>
          <w:jc w:val="center"/>
        </w:trPr>
        <w:tc>
          <w:tcPr>
            <w:tcW w:w="5151" w:type="dxa"/>
          </w:tcPr>
          <w:p w14:paraId="116A9FF0" w14:textId="09A71941" w:rsidR="007D2810" w:rsidRPr="0064152F" w:rsidRDefault="007D2810" w:rsidP="007D2810">
            <w:pPr>
              <w:rPr>
                <w:lang w:val="it-IT"/>
              </w:rPr>
            </w:pPr>
            <w:r w:rsidRPr="0064152F">
              <w:rPr>
                <w:lang w:val="it-IT"/>
              </w:rPr>
              <w:t>Ritenuta d’acconto 20%</w:t>
            </w:r>
          </w:p>
        </w:tc>
        <w:tc>
          <w:tcPr>
            <w:tcW w:w="5151" w:type="dxa"/>
          </w:tcPr>
          <w:p w14:paraId="42866C51" w14:textId="4ABBC0F3" w:rsidR="007D2810" w:rsidRPr="0064152F" w:rsidRDefault="007D2810" w:rsidP="007D2810">
            <w:pPr>
              <w:pStyle w:val="Paragrafoelenco"/>
              <w:numPr>
                <w:ilvl w:val="0"/>
                <w:numId w:val="10"/>
              </w:numPr>
              <w:rPr>
                <w:lang w:val="it-IT"/>
              </w:rPr>
            </w:pPr>
            <w:r w:rsidRPr="0064152F">
              <w:rPr>
                <w:lang w:val="it-IT"/>
              </w:rPr>
              <w:t>€ ____________________</w:t>
            </w:r>
          </w:p>
        </w:tc>
      </w:tr>
      <w:tr w:rsidR="007D2810" w:rsidRPr="0064152F" w14:paraId="0C32247C" w14:textId="77777777" w:rsidTr="00851D49">
        <w:tblPrEx>
          <w:jc w:val="left"/>
        </w:tblPrEx>
        <w:tc>
          <w:tcPr>
            <w:tcW w:w="5151" w:type="dxa"/>
            <w:shd w:val="clear" w:color="auto" w:fill="EAF1DD" w:themeFill="accent3" w:themeFillTint="33"/>
          </w:tcPr>
          <w:p w14:paraId="21596840" w14:textId="77777777" w:rsidR="007D2810" w:rsidRPr="0064152F" w:rsidRDefault="007D2810" w:rsidP="007D2810">
            <w:pPr>
              <w:rPr>
                <w:b/>
                <w:lang w:val="it-IT"/>
              </w:rPr>
            </w:pPr>
            <w:r w:rsidRPr="0064152F">
              <w:rPr>
                <w:b/>
                <w:lang w:val="it-IT"/>
              </w:rPr>
              <w:t>IMPORTO NETTO</w:t>
            </w:r>
          </w:p>
        </w:tc>
        <w:tc>
          <w:tcPr>
            <w:tcW w:w="5151" w:type="dxa"/>
            <w:shd w:val="clear" w:color="auto" w:fill="EAF1DD" w:themeFill="accent3" w:themeFillTint="33"/>
          </w:tcPr>
          <w:p w14:paraId="7E011FE9" w14:textId="77777777" w:rsidR="007D2810" w:rsidRPr="0064152F" w:rsidRDefault="007D2810" w:rsidP="007D2810">
            <w:pPr>
              <w:rPr>
                <w:b/>
                <w:lang w:val="it-IT"/>
              </w:rPr>
            </w:pPr>
          </w:p>
        </w:tc>
      </w:tr>
      <w:tr w:rsidR="007D2810" w:rsidRPr="0064152F" w14:paraId="7D1E536C" w14:textId="77777777" w:rsidTr="00851D49">
        <w:tblPrEx>
          <w:jc w:val="left"/>
        </w:tblPrEx>
        <w:tc>
          <w:tcPr>
            <w:tcW w:w="5151" w:type="dxa"/>
          </w:tcPr>
          <w:p w14:paraId="7AAE5FD1" w14:textId="77777777" w:rsidR="007D2810" w:rsidRPr="0064152F" w:rsidRDefault="007D2810" w:rsidP="007D2810">
            <w:pPr>
              <w:rPr>
                <w:b/>
                <w:lang w:val="it-IT"/>
              </w:rPr>
            </w:pPr>
            <w:r w:rsidRPr="0064152F">
              <w:rPr>
                <w:b/>
                <w:bCs/>
                <w:lang w:val="it-IT"/>
              </w:rPr>
              <w:t xml:space="preserve">Rimborsi viaggio, vitto, alloggio documentati                                                        </w:t>
            </w:r>
          </w:p>
        </w:tc>
        <w:tc>
          <w:tcPr>
            <w:tcW w:w="5151" w:type="dxa"/>
          </w:tcPr>
          <w:p w14:paraId="0E9ECCAA" w14:textId="77777777" w:rsidR="007D2810" w:rsidRPr="0064152F" w:rsidRDefault="007D2810" w:rsidP="007D2810">
            <w:pPr>
              <w:rPr>
                <w:b/>
                <w:lang w:val="it-IT"/>
              </w:rPr>
            </w:pPr>
            <w:r w:rsidRPr="0064152F">
              <w:rPr>
                <w:lang w:val="it-IT"/>
              </w:rPr>
              <w:t>€ ____________________</w:t>
            </w:r>
          </w:p>
        </w:tc>
      </w:tr>
      <w:tr w:rsidR="007D2810" w:rsidRPr="0064152F" w14:paraId="12B479BD" w14:textId="77777777" w:rsidTr="00851D49">
        <w:trPr>
          <w:jc w:val="center"/>
        </w:trPr>
        <w:tc>
          <w:tcPr>
            <w:tcW w:w="5151" w:type="dxa"/>
            <w:shd w:val="clear" w:color="auto" w:fill="D9EAD3"/>
          </w:tcPr>
          <w:p w14:paraId="48B39F12" w14:textId="77777777" w:rsidR="007D2810" w:rsidRPr="0064152F" w:rsidRDefault="007D2810" w:rsidP="007D2810">
            <w:pPr>
              <w:rPr>
                <w:lang w:val="it-IT"/>
              </w:rPr>
            </w:pPr>
            <w:r w:rsidRPr="0064152F">
              <w:rPr>
                <w:b/>
                <w:lang w:val="it-IT"/>
              </w:rPr>
              <w:t>TOTALE NETTO DA CORRISPONDERE</w:t>
            </w:r>
          </w:p>
        </w:tc>
        <w:tc>
          <w:tcPr>
            <w:tcW w:w="5151" w:type="dxa"/>
            <w:shd w:val="clear" w:color="auto" w:fill="D9EAD3"/>
          </w:tcPr>
          <w:p w14:paraId="2DEA5B11" w14:textId="77777777" w:rsidR="007D2810" w:rsidRPr="0064152F" w:rsidRDefault="007D2810" w:rsidP="007D2810">
            <w:pPr>
              <w:rPr>
                <w:lang w:val="it-IT"/>
              </w:rPr>
            </w:pPr>
            <w:r w:rsidRPr="0064152F">
              <w:rPr>
                <w:b/>
                <w:lang w:val="it-IT"/>
              </w:rPr>
              <w:t>€ ____________________</w:t>
            </w:r>
          </w:p>
        </w:tc>
      </w:tr>
    </w:tbl>
    <w:p w14:paraId="45387020" w14:textId="77777777" w:rsidR="00C60277" w:rsidRPr="0064152F" w:rsidRDefault="00851D49">
      <w:pPr>
        <w:spacing w:before="160" w:after="80"/>
        <w:rPr>
          <w:lang w:val="it-IT"/>
        </w:rPr>
      </w:pPr>
      <w:r w:rsidRPr="0064152F">
        <w:rPr>
          <w:b/>
          <w:sz w:val="21"/>
          <w:lang w:val="it-IT"/>
        </w:rPr>
        <w:t>MODALITÀ DI PAGAMENTO</w:t>
      </w:r>
    </w:p>
    <w:p w14:paraId="21326174" w14:textId="6658F9C2" w:rsidR="00C60277" w:rsidRPr="0064152F" w:rsidRDefault="00851D49">
      <w:pPr>
        <w:rPr>
          <w:lang w:val="it-IT"/>
        </w:rPr>
      </w:pPr>
      <w:r w:rsidRPr="0064152F">
        <w:rPr>
          <w:lang w:val="it-IT"/>
        </w:rPr>
        <w:t>☐ Bonifico bancario    ☐ Altro: ______________________________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778"/>
      </w:tblGrid>
      <w:tr w:rsidR="00777A04" w:rsidRPr="00547952" w14:paraId="06584AF3" w14:textId="77777777" w:rsidTr="007F62B7">
        <w:tc>
          <w:tcPr>
            <w:tcW w:w="9778" w:type="dxa"/>
          </w:tcPr>
          <w:p w14:paraId="3F6272C4" w14:textId="77777777" w:rsidR="00777A04" w:rsidRPr="0064152F" w:rsidRDefault="00777A04" w:rsidP="007F62B7">
            <w:pPr>
              <w:rPr>
                <w:b/>
                <w:lang w:val="it-IT"/>
              </w:rPr>
            </w:pPr>
            <w:r w:rsidRPr="0064152F">
              <w:rPr>
                <w:b/>
                <w:lang w:val="it-IT"/>
              </w:rPr>
              <w:t>DATI PER BONIFICO BANCARIO</w:t>
            </w:r>
          </w:p>
          <w:p w14:paraId="3ED9ABF6" w14:textId="77777777" w:rsidR="00777A04" w:rsidRPr="0064152F" w:rsidRDefault="00777A04" w:rsidP="007F62B7">
            <w:pPr>
              <w:rPr>
                <w:lang w:val="it-IT"/>
              </w:rPr>
            </w:pPr>
            <w:r w:rsidRPr="0064152F">
              <w:rPr>
                <w:b/>
                <w:lang w:val="it-IT"/>
              </w:rPr>
              <w:t xml:space="preserve">Banca </w:t>
            </w:r>
            <w:r w:rsidRPr="0064152F">
              <w:rPr>
                <w:lang w:val="it-IT"/>
              </w:rPr>
              <w:t>…………………………….</w:t>
            </w:r>
          </w:p>
          <w:p w14:paraId="3FA6BF47" w14:textId="77777777" w:rsidR="00777A04" w:rsidRPr="0064152F" w:rsidRDefault="00777A04" w:rsidP="007F62B7">
            <w:pPr>
              <w:rPr>
                <w:b/>
                <w:lang w:val="it-IT"/>
              </w:rPr>
            </w:pPr>
            <w:r w:rsidRPr="0064152F">
              <w:rPr>
                <w:b/>
                <w:lang w:val="it-IT"/>
              </w:rPr>
              <w:t xml:space="preserve">c/c intestato a  </w:t>
            </w:r>
            <w:r w:rsidRPr="0064152F">
              <w:rPr>
                <w:lang w:val="it-IT"/>
              </w:rPr>
              <w:t>…………………………….</w:t>
            </w:r>
          </w:p>
          <w:p w14:paraId="7B04E87F" w14:textId="77777777" w:rsidR="00777A04" w:rsidRPr="0064152F" w:rsidRDefault="00777A04" w:rsidP="007F62B7">
            <w:pPr>
              <w:rPr>
                <w:lang w:val="it-IT"/>
              </w:rPr>
            </w:pPr>
            <w:r w:rsidRPr="0064152F">
              <w:rPr>
                <w:b/>
                <w:lang w:val="it-IT"/>
              </w:rPr>
              <w:t>IBAN (27 caratteri)</w:t>
            </w:r>
            <w:r w:rsidRPr="0064152F">
              <w:rPr>
                <w:lang w:val="it-IT"/>
              </w:rPr>
              <w:t xml:space="preserve"> …………………………………………………………………………………..</w:t>
            </w:r>
          </w:p>
        </w:tc>
      </w:tr>
    </w:tbl>
    <w:p w14:paraId="123DB0D1" w14:textId="77777777" w:rsidR="00C60277" w:rsidRPr="0064152F" w:rsidRDefault="00851D49">
      <w:pPr>
        <w:spacing w:before="160" w:after="80"/>
        <w:rPr>
          <w:lang w:val="it-IT"/>
        </w:rPr>
      </w:pPr>
      <w:r w:rsidRPr="0064152F">
        <w:rPr>
          <w:b/>
          <w:sz w:val="21"/>
          <w:lang w:val="it-IT"/>
        </w:rPr>
        <w:t>DICHIARAZIONI</w:t>
      </w:r>
    </w:p>
    <w:p w14:paraId="31B590E4" w14:textId="77777777" w:rsidR="00C60277" w:rsidRPr="0064152F" w:rsidRDefault="00851D49" w:rsidP="00C36007">
      <w:pPr>
        <w:pStyle w:val="Puntoelenco"/>
        <w:spacing w:after="40"/>
        <w:jc w:val="both"/>
        <w:rPr>
          <w:lang w:val="it-IT"/>
        </w:rPr>
      </w:pPr>
      <w:r w:rsidRPr="0064152F">
        <w:rPr>
          <w:lang w:val="it-IT"/>
        </w:rPr>
        <w:t>Il compenso è fiscalmente riconducibile ai redditi diversi derivanti da attività di lavoro autonomo non esercitata abitualmente, ai sensi dell'art. 67, comma 1, lett. l), del D.P.R. 917/1986 (TUIR).</w:t>
      </w:r>
    </w:p>
    <w:p w14:paraId="1D844935" w14:textId="1A3E8D79" w:rsidR="00C60277" w:rsidRPr="0064152F" w:rsidRDefault="00851D49" w:rsidP="00C36007">
      <w:pPr>
        <w:pStyle w:val="Puntoelenco"/>
        <w:spacing w:after="40"/>
        <w:jc w:val="both"/>
        <w:rPr>
          <w:lang w:val="it-IT"/>
        </w:rPr>
      </w:pPr>
      <w:r w:rsidRPr="0064152F">
        <w:rPr>
          <w:lang w:val="it-IT"/>
        </w:rPr>
        <w:t>La prestazione è fuori campo IVA</w:t>
      </w:r>
      <w:r w:rsidR="007D2810" w:rsidRPr="0064152F">
        <w:rPr>
          <w:lang w:val="it-IT"/>
        </w:rPr>
        <w:t>, ai sensi dell’art. 5 del D.P.R. 633/1972</w:t>
      </w:r>
      <w:r w:rsidRPr="0064152F">
        <w:rPr>
          <w:lang w:val="it-IT"/>
        </w:rPr>
        <w:t xml:space="preserve"> </w:t>
      </w:r>
      <w:r w:rsidR="007D2810" w:rsidRPr="0064152F">
        <w:rPr>
          <w:lang w:val="it-IT"/>
        </w:rPr>
        <w:t xml:space="preserve">e successive modificazioni, </w:t>
      </w:r>
      <w:r w:rsidRPr="0064152F">
        <w:rPr>
          <w:lang w:val="it-IT"/>
        </w:rPr>
        <w:t>in quanto resa occasionalmente e non nell'esercizio abituale di un'attività professionale.</w:t>
      </w:r>
    </w:p>
    <w:p w14:paraId="7B1AE6A2" w14:textId="1F98106B" w:rsidR="00777A04" w:rsidRPr="0064152F" w:rsidRDefault="00851D49" w:rsidP="00777A04">
      <w:pPr>
        <w:pStyle w:val="Puntoelenco"/>
        <w:spacing w:after="40"/>
        <w:jc w:val="both"/>
        <w:rPr>
          <w:lang w:val="it-IT"/>
        </w:rPr>
      </w:pPr>
      <w:bookmarkStart w:id="0" w:name="_Hlk240191064"/>
      <w:r w:rsidRPr="0064152F">
        <w:rPr>
          <w:lang w:val="it-IT"/>
        </w:rPr>
        <w:lastRenderedPageBreak/>
        <w:t xml:space="preserve">Ai fini previdenziali, il prestatore dichiara che, </w:t>
      </w:r>
      <w:r w:rsidR="00777A04" w:rsidRPr="0064152F">
        <w:rPr>
          <w:lang w:val="it-IT"/>
        </w:rPr>
        <w:t>non ha superato</w:t>
      </w:r>
      <w:r w:rsidR="00777A04" w:rsidRPr="0064152F">
        <w:rPr>
          <w:color w:val="000000"/>
          <w:lang w:val="it-IT"/>
        </w:rPr>
        <w:t xml:space="preserve"> il limite di compensi di € 5.000 previsto dall'art.44 co.2 L.326/2003 e si impegna a informar</w:t>
      </w:r>
      <w:r w:rsidR="00D35A63" w:rsidRPr="0064152F">
        <w:rPr>
          <w:color w:val="000000"/>
          <w:lang w:val="it-IT"/>
        </w:rPr>
        <w:t>e</w:t>
      </w:r>
      <w:r w:rsidR="00777A04" w:rsidRPr="0064152F">
        <w:rPr>
          <w:color w:val="000000"/>
          <w:lang w:val="it-IT"/>
        </w:rPr>
        <w:t xml:space="preserve"> tempestivamente in caso di superamento di tale limite</w:t>
      </w:r>
    </w:p>
    <w:p w14:paraId="0DA38E43" w14:textId="77777777" w:rsidR="003F2F99" w:rsidRPr="0064152F" w:rsidRDefault="003F2F99" w:rsidP="003F2F99">
      <w:pPr>
        <w:pStyle w:val="Puntoelenco"/>
        <w:numPr>
          <w:ilvl w:val="0"/>
          <w:numId w:val="0"/>
        </w:numPr>
        <w:spacing w:after="40"/>
        <w:ind w:left="360"/>
        <w:jc w:val="both"/>
        <w:rPr>
          <w:lang w:val="it-IT"/>
        </w:rPr>
      </w:pPr>
    </w:p>
    <w:p w14:paraId="7FD1BD2A" w14:textId="368A33D8" w:rsidR="003F2F99" w:rsidRPr="0064152F" w:rsidRDefault="003F2F99" w:rsidP="003F2F99">
      <w:pPr>
        <w:pStyle w:val="Puntoelenco"/>
        <w:numPr>
          <w:ilvl w:val="0"/>
          <w:numId w:val="0"/>
        </w:numPr>
        <w:jc w:val="center"/>
        <w:rPr>
          <w:i/>
          <w:iCs/>
          <w:color w:val="000000"/>
          <w:lang w:val="it-IT"/>
        </w:rPr>
      </w:pPr>
      <w:bookmarkStart w:id="1" w:name="_Hlk240191942"/>
      <w:bookmarkEnd w:id="0"/>
      <w:r w:rsidRPr="0064152F">
        <w:rPr>
          <w:b/>
          <w:bCs/>
          <w:lang w:val="it-IT"/>
        </w:rPr>
        <w:t>DICHIARAZIONE SOSTITUTIVA DI CERTIFICATO</w:t>
      </w:r>
      <w:r w:rsidRPr="0064152F">
        <w:rPr>
          <w:b/>
          <w:bCs/>
          <w:lang w:val="it-IT"/>
        </w:rPr>
        <w:br/>
      </w:r>
      <w:r w:rsidRPr="0064152F">
        <w:rPr>
          <w:i/>
          <w:iCs/>
          <w:color w:val="000000"/>
          <w:lang w:val="it-IT"/>
        </w:rPr>
        <w:t>Ai sensi dell’art. 46 del D.P.R 445/2000. e consapevole delle sanzioni penali previste in caso di dichiarazione mendace, ai sensi dell’art. 76 del D.P.R. 445/2000.</w:t>
      </w:r>
    </w:p>
    <w:bookmarkEnd w:id="1"/>
    <w:p w14:paraId="742D83D8" w14:textId="77777777" w:rsidR="00C60277" w:rsidRPr="0064152F" w:rsidRDefault="00851D49" w:rsidP="00C11519">
      <w:pPr>
        <w:jc w:val="both"/>
        <w:rPr>
          <w:lang w:val="it-IT"/>
        </w:rPr>
      </w:pPr>
      <w:r w:rsidRPr="0064152F">
        <w:rPr>
          <w:lang w:val="it-IT"/>
        </w:rPr>
        <w:t>Il/La sottoscritto/a dichiara che la prestazione è stata svolta in piena autonomia, senza vincolo di subordinazione, senza obbligo di osservanza di un orario di lavoro e con autonomia nelle modalità di esecuzione, nel rispetto dell'oggetto dell'incarico concordato con il committente. Dichiara inoltre che la prestazione è stata resa in via occasionale e non abituale e che le informazioni fornite nella presente notula sono veritiere.</w:t>
      </w:r>
    </w:p>
    <w:p w14:paraId="1127EEA2" w14:textId="77777777" w:rsidR="00C60277" w:rsidRPr="0064152F" w:rsidRDefault="00851D49">
      <w:pPr>
        <w:spacing w:before="160" w:after="80"/>
        <w:rPr>
          <w:lang w:val="it-IT"/>
        </w:rPr>
      </w:pPr>
      <w:r w:rsidRPr="0064152F">
        <w:rPr>
          <w:b/>
          <w:sz w:val="21"/>
          <w:lang w:val="it-IT"/>
        </w:rPr>
        <w:t>LUOGO E FIRMA</w:t>
      </w:r>
    </w:p>
    <w:p w14:paraId="43FA6563" w14:textId="77777777" w:rsidR="00C60277" w:rsidRPr="0064152F" w:rsidRDefault="00851D49">
      <w:pPr>
        <w:spacing w:after="40"/>
        <w:rPr>
          <w:lang w:val="it-IT"/>
        </w:rPr>
      </w:pPr>
      <w:r w:rsidRPr="0064152F">
        <w:rPr>
          <w:b/>
          <w:lang w:val="it-IT"/>
        </w:rPr>
        <w:t xml:space="preserve">Luogo e data: </w:t>
      </w:r>
      <w:r w:rsidRPr="0064152F">
        <w:rPr>
          <w:lang w:val="it-IT"/>
        </w:rPr>
        <w:t>____________________________________________________________</w:t>
      </w:r>
    </w:p>
    <w:p w14:paraId="78106B11" w14:textId="77777777" w:rsidR="00C60277" w:rsidRPr="0064152F" w:rsidRDefault="00851D49">
      <w:pPr>
        <w:rPr>
          <w:lang w:val="it-IT"/>
        </w:rPr>
      </w:pPr>
      <w:r w:rsidRPr="0064152F">
        <w:rPr>
          <w:lang w:val="it-IT"/>
        </w:rPr>
        <w:br/>
        <w:t>Firma del prestatore: __________________________________________________________</w:t>
      </w:r>
    </w:p>
    <w:p w14:paraId="28E85ECB" w14:textId="30A6BFBC" w:rsidR="00C60277" w:rsidRPr="00547952" w:rsidRDefault="00547952" w:rsidP="00547952">
      <w:pPr>
        <w:spacing w:before="140"/>
        <w:jc w:val="center"/>
        <w:rPr>
          <w:lang w:val="it-IT"/>
        </w:rPr>
      </w:pPr>
      <w:r w:rsidRPr="00547952">
        <w:rPr>
          <w:i/>
          <w:iCs/>
          <w:lang w:val="it-IT"/>
        </w:rPr>
        <w:t>Imposta di bollo assolta ai sensi della normativa vigente</w:t>
      </w:r>
      <w:r>
        <w:rPr>
          <w:i/>
          <w:iCs/>
          <w:lang w:val="it-IT"/>
        </w:rPr>
        <w:t>.</w:t>
      </w:r>
    </w:p>
    <w:sectPr w:rsidR="00C60277" w:rsidRPr="00547952" w:rsidSect="00034616">
      <w:pgSz w:w="12240" w:h="15840"/>
      <w:pgMar w:top="794" w:right="964" w:bottom="794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D915B" w14:textId="77777777" w:rsidR="00CC1DF9" w:rsidRDefault="00CC1DF9">
      <w:pPr>
        <w:spacing w:after="0" w:line="240" w:lineRule="auto"/>
      </w:pPr>
      <w:r>
        <w:separator/>
      </w:r>
    </w:p>
  </w:endnote>
  <w:endnote w:type="continuationSeparator" w:id="0">
    <w:p w14:paraId="3BFEEF0F" w14:textId="77777777" w:rsidR="00CC1DF9" w:rsidRDefault="00CC1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CACB5" w14:textId="77777777" w:rsidR="00CC1DF9" w:rsidRDefault="00CC1DF9">
      <w:pPr>
        <w:spacing w:after="0" w:line="240" w:lineRule="auto"/>
      </w:pPr>
      <w:r>
        <w:separator/>
      </w:r>
    </w:p>
  </w:footnote>
  <w:footnote w:type="continuationSeparator" w:id="0">
    <w:p w14:paraId="0BF15509" w14:textId="77777777" w:rsidR="00CC1DF9" w:rsidRDefault="00CC1D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09F09C2C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7B012DC"/>
    <w:multiLevelType w:val="hybridMultilevel"/>
    <w:tmpl w:val="AF06EFDA"/>
    <w:lvl w:ilvl="0" w:tplc="3D30BD3E">
      <w:numFmt w:val="bullet"/>
      <w:lvlText w:val="-"/>
      <w:lvlJc w:val="left"/>
      <w:pPr>
        <w:ind w:left="360" w:hanging="360"/>
      </w:pPr>
      <w:rPr>
        <w:rFonts w:ascii="Aptos" w:eastAsiaTheme="minorEastAsia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95577271">
    <w:abstractNumId w:val="8"/>
  </w:num>
  <w:num w:numId="2" w16cid:durableId="2050372211">
    <w:abstractNumId w:val="6"/>
  </w:num>
  <w:num w:numId="3" w16cid:durableId="1026902711">
    <w:abstractNumId w:val="5"/>
  </w:num>
  <w:num w:numId="4" w16cid:durableId="1600142110">
    <w:abstractNumId w:val="4"/>
  </w:num>
  <w:num w:numId="5" w16cid:durableId="1199007934">
    <w:abstractNumId w:val="7"/>
  </w:num>
  <w:num w:numId="6" w16cid:durableId="668099141">
    <w:abstractNumId w:val="3"/>
  </w:num>
  <w:num w:numId="7" w16cid:durableId="1428959529">
    <w:abstractNumId w:val="2"/>
  </w:num>
  <w:num w:numId="8" w16cid:durableId="808013409">
    <w:abstractNumId w:val="1"/>
  </w:num>
  <w:num w:numId="9" w16cid:durableId="360983100">
    <w:abstractNumId w:val="0"/>
  </w:num>
  <w:num w:numId="10" w16cid:durableId="18329124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237F"/>
    <w:rsid w:val="0015074B"/>
    <w:rsid w:val="0029639D"/>
    <w:rsid w:val="00326F90"/>
    <w:rsid w:val="00374F77"/>
    <w:rsid w:val="003F2F99"/>
    <w:rsid w:val="00547952"/>
    <w:rsid w:val="0064152F"/>
    <w:rsid w:val="00687C77"/>
    <w:rsid w:val="00777A04"/>
    <w:rsid w:val="007D2810"/>
    <w:rsid w:val="00851D49"/>
    <w:rsid w:val="009363DF"/>
    <w:rsid w:val="00AA1D8D"/>
    <w:rsid w:val="00B47730"/>
    <w:rsid w:val="00B6598A"/>
    <w:rsid w:val="00C11519"/>
    <w:rsid w:val="00C36007"/>
    <w:rsid w:val="00C60277"/>
    <w:rsid w:val="00CB0664"/>
    <w:rsid w:val="00CC1DF9"/>
    <w:rsid w:val="00D35A63"/>
    <w:rsid w:val="00FC46D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8370ED"/>
  <w14:defaultImageDpi w14:val="330"/>
  <w15:docId w15:val="{396B908C-2460-4F16-8B17-BF266AC11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ptos" w:hAnsi="Aptos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andard">
    <w:name w:val="Standard"/>
    <w:rsid w:val="00C3600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val="it-IT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439</Words>
  <Characters>2508</Characters>
  <Application>Microsoft Office Word</Application>
  <DocSecurity>0</DocSecurity>
  <Lines>20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2942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sabrina lemmetti</cp:lastModifiedBy>
  <cp:revision>5</cp:revision>
  <dcterms:created xsi:type="dcterms:W3CDTF">2026-09-13T09:29:00Z</dcterms:created>
  <dcterms:modified xsi:type="dcterms:W3CDTF">2026-09-25T10:18:00Z</dcterms:modified>
  <cp:category/>
</cp:coreProperties>
</file>